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00" w:lineRule="auto"/>
      </w:pPr>
      <w:r>
        <w:rPr>
          <w:rFonts w:ascii="Arial" w:hAnsi="Arial" w:eastAsia="Arial"/>
          <w:b/>
          <w:color w:val="0D6B64"/>
          <w:sz w:val="24"/>
        </w:rPr>
        <w:t>SOCIAL CARE MADE EASY</w:t>
      </w:r>
    </w:p>
    <w:p>
      <w:pPr>
        <w:spacing w:after="80" w:before="0" w:line="300" w:lineRule="auto"/>
      </w:pPr>
      <w:r>
        <w:rPr>
          <w:rFonts w:ascii="Arial" w:hAnsi="Arial" w:eastAsia="Arial"/>
          <w:b/>
          <w:color w:val="5E348F"/>
          <w:sz w:val="44"/>
        </w:rPr>
        <w:t>Carer handover sheet</w:t>
      </w:r>
    </w:p>
    <w:p>
      <w:pPr>
        <w:spacing w:after="160" w:before="0" w:line="300" w:lineRule="auto"/>
      </w:pPr>
      <w:r>
        <w:rPr>
          <w:rFonts w:ascii="Arial" w:hAnsi="Arial" w:eastAsia="Arial"/>
          <w:b w:val="0"/>
          <w:color w:val="3D3550"/>
          <w:sz w:val="26"/>
        </w:rPr>
        <w:t>Pass key information to the next family member, friend or paid carer quickly and clearly.</w:t>
      </w:r>
    </w:p>
    <w:p>
      <w:pPr>
        <w:spacing w:after="200" w:before="0" w:line="300" w:lineRule="auto"/>
      </w:pPr>
      <w:r>
        <w:rPr>
          <w:rFonts w:ascii="Arial" w:hAnsi="Arial" w:eastAsia="Arial"/>
          <w:b w:val="0"/>
          <w:color w:val="3D3550"/>
          <w:sz w:val="24"/>
        </w:rPr>
        <w:t>England first · Free printable template · Large text · Fill in by hand or in Word</w:t>
      </w:r>
    </w:p>
    <w:tbl>
      <w:tblPr>
        <w:tblW w:type="auto" w:w="0"/>
        <w:tblLayout w:type="autofit"/>
        <w:tblLook w:firstColumn="1" w:firstRow="1" w:lastColumn="0" w:lastRow="0" w:noHBand="0" w:noVBand="1" w:val="04A0"/>
      </w:tblPr>
      <w:tblGrid>
        <w:gridCol w:w="9866"/>
      </w:tblGrid>
      <w:tr>
        <w:tc>
          <w:tcPr>
            <w:tcW w:type="dxa" w:w="9866"/>
            <w:shd w:fill="F3ECFB" w:val="clear"/>
            <w:tcMar>
              <w:top w:w="60" w:type="dxa"/>
              <w:bottom w:w="60" w:type="dxa"/>
              <w:left w:w="80" w:type="dxa"/>
              <w:right w:w="80" w:type="dxa"/>
            </w:tcMar>
          </w:tcPr>
          <w:p>
            <w:pPr>
              <w:spacing w:after="40"/>
            </w:pPr>
            <w:r/>
            <w:r>
              <w:rPr>
                <w:rFonts w:ascii="Arial" w:hAnsi="Arial" w:eastAsia="Arial"/>
                <w:b/>
                <w:color w:val="5E348F"/>
                <w:sz w:val="26"/>
              </w:rPr>
              <w:t>Please read this first</w:t>
            </w:r>
          </w:p>
          <w:p>
            <w:pPr>
              <w:spacing w:after="40"/>
            </w:pPr>
            <w:r>
              <w:rPr>
                <w:rFonts w:ascii="Arial" w:hAnsi="Arial" w:eastAsia="Arial"/>
                <w:b w:val="0"/>
                <w:color w:val="241C36"/>
                <w:sz w:val="24"/>
              </w:rPr>
              <w:t>Information only — not advice. This is a free blank template from Social Care Made Easy (socialcaremadeeasy.co.uk). It is not legal, medical or financial advice. It is not a substitute for a council care and support plan, a professional risk assessment, or advice from a GP, nurse or social care worker. It is not made by the NHS, DWP or any council. Fill it in yourself for personal use. Rules in England can differ from Scotland, Wales and Northern Ireland.</w:t>
            </w:r>
          </w:p>
        </w:tc>
      </w:tr>
    </w:tbl>
    <w:p/>
    <w:tbl>
      <w:tblPr>
        <w:tblW w:type="auto" w:w="0"/>
        <w:tblLayout w:type="autofit"/>
        <w:tblLook w:firstColumn="1" w:firstRow="1" w:lastColumn="0" w:lastRow="0" w:noHBand="0" w:noVBand="1" w:val="04A0"/>
      </w:tblPr>
      <w:tblGrid>
        <w:gridCol w:w="9866"/>
      </w:tblGrid>
      <w:tr>
        <w:tc>
          <w:tcPr>
            <w:tcW w:type="dxa" w:w="9866"/>
            <w:shd w:fill="FFE8E0" w:val="clear"/>
            <w:tcMar>
              <w:top w:w="60" w:type="dxa"/>
              <w:bottom w:w="60" w:type="dxa"/>
              <w:left w:w="80" w:type="dxa"/>
              <w:right w:w="80" w:type="dxa"/>
            </w:tcMar>
          </w:tcPr>
          <w:p>
            <w:pPr>
              <w:spacing w:after="40"/>
            </w:pPr>
            <w:r/>
            <w:r>
              <w:rPr>
                <w:rFonts w:ascii="Arial" w:hAnsi="Arial" w:eastAsia="Arial"/>
                <w:b/>
                <w:color w:val="5E348F"/>
                <w:sz w:val="26"/>
              </w:rPr>
              <w:t>Urgent help</w:t>
            </w:r>
          </w:p>
          <w:p>
            <w:pPr>
              <w:spacing w:after="40"/>
            </w:pPr>
            <w:r>
              <w:rPr>
                <w:rFonts w:ascii="Arial" w:hAnsi="Arial" w:eastAsia="Arial"/>
                <w:b w:val="0"/>
                <w:color w:val="241C36"/>
                <w:sz w:val="24"/>
              </w:rPr>
              <w:t>In an emergency, or if someone's life is at risk, call 999. For urgent medical help, call NHS 111 or go to 111.nhs.uk. For anything else about health, speak to a GP.</w:t>
            </w:r>
          </w:p>
        </w:tc>
      </w:tr>
    </w:tbl>
    <w:p/>
    <w:p>
      <w:pPr>
        <w:spacing w:after="160" w:before="280" w:line="300" w:lineRule="auto"/>
      </w:pPr>
      <w:r>
        <w:rPr>
          <w:rFonts w:ascii="Arial" w:hAnsi="Arial" w:eastAsia="Arial"/>
          <w:b/>
          <w:color w:val="0D6B64"/>
          <w:sz w:val="36"/>
        </w:rPr>
        <w:t>Handover details</w:t>
      </w:r>
    </w:p>
    <w:p>
      <w:pPr>
        <w:spacing w:after="160"/>
      </w:pPr>
      <w:r>
        <w:rPr>
          <w:rFonts w:ascii="Arial" w:hAnsi="Arial" w:eastAsia="Arial"/>
          <w:b/>
          <w:color w:val="241C36"/>
          <w:sz w:val="28"/>
        </w:rPr>
        <w:t xml:space="preserve">Person being cared for: </w:t>
      </w:r>
      <w:r>
        <w:rPr>
          <w:rFonts w:ascii="Arial" w:hAnsi="Arial" w:eastAsia="Arial"/>
          <w:b w:val="0"/>
          <w:color w:val="3D3550"/>
          <w:sz w:val="28"/>
        </w:rPr>
        <w:t>________________________________</w:t>
      </w:r>
    </w:p>
    <w:p>
      <w:pPr>
        <w:spacing w:after="160"/>
      </w:pPr>
      <w:r>
        <w:rPr>
          <w:rFonts w:ascii="Arial" w:hAnsi="Arial" w:eastAsia="Arial"/>
          <w:b/>
          <w:color w:val="241C36"/>
          <w:sz w:val="28"/>
        </w:rPr>
        <w:t xml:space="preserve">Date and time of handover: </w:t>
      </w:r>
      <w:r>
        <w:rPr>
          <w:rFonts w:ascii="Arial" w:hAnsi="Arial" w:eastAsia="Arial"/>
          <w:b w:val="0"/>
          <w:color w:val="3D3550"/>
          <w:sz w:val="28"/>
        </w:rPr>
        <w:t>______________________________</w:t>
      </w:r>
    </w:p>
    <w:p>
      <w:pPr>
        <w:spacing w:after="160"/>
      </w:pPr>
      <w:r>
        <w:rPr>
          <w:rFonts w:ascii="Arial" w:hAnsi="Arial" w:eastAsia="Arial"/>
          <w:b/>
          <w:color w:val="241C36"/>
          <w:sz w:val="28"/>
        </w:rPr>
        <w:t xml:space="preserve">Handed over by: </w:t>
      </w:r>
      <w:r>
        <w:rPr>
          <w:rFonts w:ascii="Arial" w:hAnsi="Arial" w:eastAsia="Arial"/>
          <w:b w:val="0"/>
          <w:color w:val="3D3550"/>
          <w:sz w:val="28"/>
        </w:rPr>
        <w:t>________________________________________</w:t>
      </w:r>
    </w:p>
    <w:p>
      <w:pPr>
        <w:spacing w:after="160"/>
      </w:pPr>
      <w:r>
        <w:rPr>
          <w:rFonts w:ascii="Arial" w:hAnsi="Arial" w:eastAsia="Arial"/>
          <w:b/>
          <w:color w:val="241C36"/>
          <w:sz w:val="28"/>
        </w:rPr>
        <w:t xml:space="preserve">Handed over to: </w:t>
      </w:r>
      <w:r>
        <w:rPr>
          <w:rFonts w:ascii="Arial" w:hAnsi="Arial" w:eastAsia="Arial"/>
          <w:b w:val="0"/>
          <w:color w:val="3D3550"/>
          <w:sz w:val="28"/>
        </w:rPr>
        <w:t>________________________________________</w:t>
      </w:r>
    </w:p>
    <w:p>
      <w:pPr>
        <w:spacing w:after="160"/>
      </w:pPr>
      <w:r>
        <w:rPr>
          <w:rFonts w:ascii="Arial" w:hAnsi="Arial" w:eastAsia="Arial"/>
          <w:b/>
          <w:color w:val="241C36"/>
          <w:sz w:val="28"/>
        </w:rPr>
        <w:t xml:space="preserve">Next expected visit / cover: </w:t>
      </w:r>
      <w:r>
        <w:rPr>
          <w:rFonts w:ascii="Arial" w:hAnsi="Arial" w:eastAsia="Arial"/>
          <w:b w:val="0"/>
          <w:color w:val="3D3550"/>
          <w:sz w:val="28"/>
        </w:rPr>
        <w:t>______________________________</w:t>
      </w:r>
    </w:p>
    <w:p>
      <w:pPr>
        <w:spacing w:after="160" w:before="280" w:line="300" w:lineRule="auto"/>
      </w:pPr>
      <w:r>
        <w:rPr>
          <w:rFonts w:ascii="Arial" w:hAnsi="Arial" w:eastAsia="Arial"/>
          <w:b/>
          <w:color w:val="0D6B64"/>
          <w:sz w:val="36"/>
        </w:rPr>
        <w:t>Right now — what the next carer needs first</w:t>
      </w:r>
    </w:p>
    <w:p>
      <w:pPr>
        <w:spacing w:after="160"/>
      </w:pPr>
      <w:r>
        <w:rPr>
          <w:rFonts w:ascii="Arial" w:hAnsi="Arial" w:eastAsia="Arial"/>
          <w:b/>
          <w:color w:val="241C36"/>
          <w:sz w:val="28"/>
        </w:rPr>
        <w:t xml:space="preserve">How is the person right now? </w:t>
      </w:r>
      <w:r>
        <w:rPr>
          <w:rFonts w:ascii="Arial" w:hAnsi="Arial" w:eastAsia="Arial"/>
          <w:b w:val="0"/>
          <w:color w:val="3D3550"/>
          <w:sz w:val="28"/>
        </w:rPr>
        <w:t>______________________________</w:t>
      </w:r>
    </w:p>
    <w:p>
      <w:pPr>
        <w:spacing w:after="120"/>
      </w:pPr>
      <w:r>
        <w:rPr>
          <w:rFonts w:ascii="Arial" w:hAnsi="Arial" w:eastAsia="Arial"/>
          <w:b w:val="0"/>
          <w:color w:val="3D3550"/>
          <w:sz w:val="28"/>
        </w:rPr>
        <w:t>____________________________________________________________</w:t>
      </w:r>
    </w:p>
    <w:p>
      <w:pPr>
        <w:spacing w:after="160"/>
      </w:pPr>
      <w:r>
        <w:rPr>
          <w:rFonts w:ascii="Arial" w:hAnsi="Arial" w:eastAsia="Arial"/>
          <w:b/>
          <w:color w:val="241C36"/>
          <w:sz w:val="28"/>
        </w:rPr>
        <w:t xml:space="preserve">Anything urgent or not yet sorted? </w:t>
      </w:r>
      <w:r>
        <w:rPr>
          <w:rFonts w:ascii="Arial" w:hAnsi="Arial" w:eastAsia="Arial"/>
          <w:b w:val="0"/>
          <w:color w:val="3D3550"/>
          <w:sz w:val="28"/>
        </w:rPr>
        <w:t>______________________________</w:t>
      </w:r>
    </w:p>
    <w:p>
      <w:pPr>
        <w:spacing w:after="120"/>
      </w:pPr>
      <w:r>
        <w:rPr>
          <w:rFonts w:ascii="Arial" w:hAnsi="Arial" w:eastAsia="Arial"/>
          <w:b w:val="0"/>
          <w:color w:val="3D3550"/>
          <w:sz w:val="28"/>
        </w:rPr>
        <w:t>____________________________________________________________</w:t>
      </w:r>
    </w:p>
    <w:p>
      <w:pPr>
        <w:spacing w:after="160"/>
      </w:pPr>
      <w:r>
        <w:rPr>
          <w:rFonts w:ascii="Arial" w:hAnsi="Arial" w:eastAsia="Arial"/>
          <w:b/>
          <w:color w:val="241C36"/>
          <w:sz w:val="28"/>
        </w:rPr>
        <w:t xml:space="preserve">Keys / alarm / entry notes: </w:t>
      </w:r>
      <w:r>
        <w:rPr>
          <w:rFonts w:ascii="Arial" w:hAnsi="Arial" w:eastAsia="Arial"/>
          <w:b w:val="0"/>
          <w:color w:val="3D3550"/>
          <w:sz w:val="28"/>
        </w:rPr>
        <w:t>______________________________</w:t>
      </w:r>
    </w:p>
    <w:p>
      <w:pPr>
        <w:spacing w:after="160" w:before="280" w:line="300" w:lineRule="auto"/>
      </w:pPr>
      <w:r>
        <w:rPr>
          <w:rFonts w:ascii="Arial" w:hAnsi="Arial" w:eastAsia="Arial"/>
          <w:b/>
          <w:color w:val="0D6B64"/>
          <w:sz w:val="36"/>
        </w:rPr>
        <w:t>Today so far</w:t>
      </w:r>
    </w:p>
    <w:p>
      <w:pPr>
        <w:spacing w:after="160"/>
      </w:pPr>
      <w:r>
        <w:rPr>
          <w:rFonts w:ascii="Arial" w:hAnsi="Arial" w:eastAsia="Arial"/>
          <w:b/>
          <w:color w:val="241C36"/>
          <w:sz w:val="28"/>
        </w:rPr>
        <w:t xml:space="preserve">Personal care done: </w:t>
      </w:r>
      <w:r>
        <w:rPr>
          <w:rFonts w:ascii="Arial" w:hAnsi="Arial" w:eastAsia="Arial"/>
          <w:b w:val="0"/>
          <w:color w:val="3D3550"/>
          <w:sz w:val="28"/>
        </w:rPr>
        <w:t>____________________________________</w:t>
      </w:r>
    </w:p>
    <w:p>
      <w:pPr>
        <w:spacing w:after="120"/>
      </w:pPr>
      <w:r>
        <w:rPr>
          <w:rFonts w:ascii="Arial" w:hAnsi="Arial" w:eastAsia="Arial"/>
          <w:b w:val="0"/>
          <w:color w:val="3D3550"/>
          <w:sz w:val="28"/>
        </w:rPr>
        <w:t>____________________________________________________________</w:t>
      </w:r>
    </w:p>
    <w:p>
      <w:pPr>
        <w:spacing w:after="160"/>
      </w:pPr>
      <w:r>
        <w:rPr>
          <w:rFonts w:ascii="Arial" w:hAnsi="Arial" w:eastAsia="Arial"/>
          <w:b/>
          <w:color w:val="241C36"/>
          <w:sz w:val="28"/>
        </w:rPr>
        <w:t xml:space="preserve">Food and drink today: </w:t>
      </w:r>
      <w:r>
        <w:rPr>
          <w:rFonts w:ascii="Arial" w:hAnsi="Arial" w:eastAsia="Arial"/>
          <w:b w:val="0"/>
          <w:color w:val="3D3550"/>
          <w:sz w:val="28"/>
        </w:rPr>
        <w:t>__________________________________</w:t>
      </w:r>
    </w:p>
    <w:p>
      <w:pPr>
        <w:spacing w:after="120"/>
      </w:pPr>
      <w:r>
        <w:rPr>
          <w:rFonts w:ascii="Arial" w:hAnsi="Arial" w:eastAsia="Arial"/>
          <w:b w:val="0"/>
          <w:color w:val="3D3550"/>
          <w:sz w:val="28"/>
        </w:rPr>
        <w:t>____________________________________________________________</w:t>
      </w:r>
    </w:p>
    <w:p>
      <w:pPr>
        <w:spacing w:after="160"/>
      </w:pPr>
      <w:r>
        <w:rPr>
          <w:rFonts w:ascii="Arial" w:hAnsi="Arial" w:eastAsia="Arial"/>
          <w:b/>
          <w:color w:val="241C36"/>
          <w:sz w:val="28"/>
        </w:rPr>
        <w:t xml:space="preserve">Medicines given / due: </w:t>
      </w:r>
      <w:r>
        <w:rPr>
          <w:rFonts w:ascii="Arial" w:hAnsi="Arial" w:eastAsia="Arial"/>
          <w:b w:val="0"/>
          <w:color w:val="3D3550"/>
          <w:sz w:val="28"/>
        </w:rPr>
        <w:t>_________________________________</w:t>
      </w:r>
    </w:p>
    <w:p>
      <w:pPr>
        <w:spacing w:after="120"/>
      </w:pPr>
      <w:r>
        <w:rPr>
          <w:rFonts w:ascii="Arial" w:hAnsi="Arial" w:eastAsia="Arial"/>
          <w:b w:val="0"/>
          <w:color w:val="3D3550"/>
          <w:sz w:val="28"/>
        </w:rPr>
        <w:t>____________________________________________________________</w:t>
      </w:r>
    </w:p>
    <w:p>
      <w:pPr>
        <w:spacing w:after="160"/>
      </w:pPr>
      <w:r>
        <w:rPr>
          <w:rFonts w:ascii="Arial" w:hAnsi="Arial" w:eastAsia="Arial"/>
          <w:b/>
          <w:color w:val="241C36"/>
          <w:sz w:val="28"/>
        </w:rPr>
        <w:t xml:space="preserve">Mood and sleep: </w:t>
      </w:r>
      <w:r>
        <w:rPr>
          <w:rFonts w:ascii="Arial" w:hAnsi="Arial" w:eastAsia="Arial"/>
          <w:b w:val="0"/>
          <w:color w:val="3D3550"/>
          <w:sz w:val="28"/>
        </w:rPr>
        <w:t>________________________________________</w:t>
      </w:r>
    </w:p>
    <w:p>
      <w:pPr>
        <w:spacing w:after="120"/>
      </w:pPr>
      <w:r>
        <w:rPr>
          <w:rFonts w:ascii="Arial" w:hAnsi="Arial" w:eastAsia="Arial"/>
          <w:b w:val="0"/>
          <w:color w:val="3D3550"/>
          <w:sz w:val="28"/>
        </w:rPr>
        <w:t>____________________________________________________________</w:t>
      </w:r>
    </w:p>
    <w:p>
      <w:pPr>
        <w:spacing w:after="160"/>
      </w:pPr>
      <w:r>
        <w:rPr>
          <w:rFonts w:ascii="Arial" w:hAnsi="Arial" w:eastAsia="Arial"/>
          <w:b/>
          <w:color w:val="241C36"/>
          <w:sz w:val="28"/>
        </w:rPr>
        <w:t xml:space="preserve">Outings or appointments: </w:t>
      </w:r>
      <w:r>
        <w:rPr>
          <w:rFonts w:ascii="Arial" w:hAnsi="Arial" w:eastAsia="Arial"/>
          <w:b w:val="0"/>
          <w:color w:val="3D3550"/>
          <w:sz w:val="28"/>
        </w:rPr>
        <w:t>_______________________________</w:t>
      </w:r>
    </w:p>
    <w:p>
      <w:pPr>
        <w:spacing w:after="120"/>
      </w:pPr>
      <w:r>
        <w:rPr>
          <w:rFonts w:ascii="Arial" w:hAnsi="Arial" w:eastAsia="Arial"/>
          <w:b w:val="0"/>
          <w:color w:val="3D3550"/>
          <w:sz w:val="28"/>
        </w:rPr>
        <w:t>____________________________________________________________</w:t>
      </w:r>
    </w:p>
    <w:p>
      <w:pPr>
        <w:spacing w:after="160" w:before="280" w:line="300" w:lineRule="auto"/>
      </w:pPr>
      <w:r>
        <w:rPr>
          <w:rFonts w:ascii="Arial" w:hAnsi="Arial" w:eastAsia="Arial"/>
          <w:b/>
          <w:color w:val="0D6B64"/>
          <w:sz w:val="36"/>
        </w:rPr>
        <w:t>Watch-outs</w:t>
      </w:r>
    </w:p>
    <w:p>
      <w:pPr>
        <w:spacing w:after="80"/>
      </w:pPr>
      <w:r>
        <w:rPr>
          <w:rFonts w:ascii="Arial" w:hAnsi="Arial" w:eastAsia="Arial"/>
          <w:b w:val="0"/>
          <w:color w:val="241C36"/>
          <w:sz w:val="28"/>
        </w:rPr>
        <w:t>☐  Pain or discomfort</w:t>
      </w:r>
    </w:p>
    <w:p>
      <w:pPr>
        <w:spacing w:after="80"/>
      </w:pPr>
      <w:r>
        <w:rPr>
          <w:rFonts w:ascii="Arial" w:hAnsi="Arial" w:eastAsia="Arial"/>
          <w:b w:val="0"/>
          <w:color w:val="241C36"/>
          <w:sz w:val="28"/>
        </w:rPr>
        <w:t>☐  Confusion or change in usual self</w:t>
      </w:r>
    </w:p>
    <w:p>
      <w:pPr>
        <w:spacing w:after="80"/>
      </w:pPr>
      <w:r>
        <w:rPr>
          <w:rFonts w:ascii="Arial" w:hAnsi="Arial" w:eastAsia="Arial"/>
          <w:b w:val="0"/>
          <w:color w:val="241C36"/>
          <w:sz w:val="28"/>
        </w:rPr>
        <w:t>☐  Risk of falls</w:t>
      </w:r>
    </w:p>
    <w:p>
      <w:pPr>
        <w:spacing w:after="80"/>
      </w:pPr>
      <w:r>
        <w:rPr>
          <w:rFonts w:ascii="Arial" w:hAnsi="Arial" w:eastAsia="Arial"/>
          <w:b w:val="0"/>
          <w:color w:val="241C36"/>
          <w:sz w:val="28"/>
        </w:rPr>
        <w:t>☐  Skin redness or sores</w:t>
      </w:r>
    </w:p>
    <w:p>
      <w:pPr>
        <w:spacing w:after="80"/>
      </w:pPr>
      <w:r>
        <w:rPr>
          <w:rFonts w:ascii="Arial" w:hAnsi="Arial" w:eastAsia="Arial"/>
          <w:b w:val="0"/>
          <w:color w:val="241C36"/>
          <w:sz w:val="28"/>
        </w:rPr>
        <w:t>☐  Eating / drinking less than usual</w:t>
      </w:r>
    </w:p>
    <w:p>
      <w:pPr>
        <w:spacing w:after="80"/>
      </w:pPr>
      <w:r>
        <w:rPr>
          <w:rFonts w:ascii="Arial" w:hAnsi="Arial" w:eastAsia="Arial"/>
          <w:b w:val="0"/>
          <w:color w:val="241C36"/>
          <w:sz w:val="28"/>
        </w:rPr>
        <w:t>☐  Breathing or chest concerns</w:t>
      </w:r>
    </w:p>
    <w:p>
      <w:pPr>
        <w:spacing w:after="80"/>
      </w:pPr>
      <w:r>
        <w:rPr>
          <w:rFonts w:ascii="Arial" w:hAnsi="Arial" w:eastAsia="Arial"/>
          <w:b w:val="0"/>
          <w:color w:val="241C36"/>
          <w:sz w:val="28"/>
        </w:rPr>
        <w:t>☐  Low mood or distress</w:t>
      </w:r>
    </w:p>
    <w:p>
      <w:pPr>
        <w:spacing w:after="80"/>
      </w:pPr>
      <w:r>
        <w:rPr>
          <w:rFonts w:ascii="Arial" w:hAnsi="Arial" w:eastAsia="Arial"/>
          <w:b w:val="0"/>
          <w:color w:val="241C36"/>
          <w:sz w:val="28"/>
        </w:rPr>
        <w:t>☐  Other</w:t>
      </w:r>
    </w:p>
    <w:p>
      <w:pPr>
        <w:spacing w:after="160"/>
      </w:pPr>
      <w:r>
        <w:rPr>
          <w:rFonts w:ascii="Arial" w:hAnsi="Arial" w:eastAsia="Arial"/>
          <w:b/>
          <w:color w:val="241C36"/>
          <w:sz w:val="28"/>
        </w:rPr>
        <w:t xml:space="preserve">Details: </w:t>
      </w:r>
      <w:r>
        <w:rPr>
          <w:rFonts w:ascii="Arial" w:hAnsi="Arial" w:eastAsia="Arial"/>
          <w:b w:val="0"/>
          <w:color w:val="3D3550"/>
          <w:sz w:val="28"/>
        </w:rPr>
        <w:t>_______________________________________________</w:t>
      </w:r>
    </w:p>
    <w:p>
      <w:pPr>
        <w:spacing w:after="120"/>
      </w:pPr>
      <w:r>
        <w:rPr>
          <w:rFonts w:ascii="Arial" w:hAnsi="Arial" w:eastAsia="Arial"/>
          <w:b w:val="0"/>
          <w:color w:val="3D3550"/>
          <w:sz w:val="28"/>
        </w:rPr>
        <w:t>____________________________________________________________</w:t>
      </w:r>
    </w:p>
    <w:p>
      <w:pPr>
        <w:spacing w:after="160" w:before="280" w:line="300" w:lineRule="auto"/>
      </w:pPr>
      <w:r>
        <w:rPr>
          <w:rFonts w:ascii="Arial" w:hAnsi="Arial" w:eastAsia="Arial"/>
          <w:b/>
          <w:color w:val="0D6B64"/>
          <w:sz w:val="36"/>
        </w:rPr>
        <w:t>Tasks still to do</w:t>
      </w:r>
    </w:p>
    <w:tbl>
      <w:tblPr>
        <w:tblStyle w:val="TableGrid"/>
        <w:tblW w:type="auto" w:w="0"/>
        <w:tblLook w:firstColumn="1" w:firstRow="1" w:lastColumn="0" w:lastRow="0" w:noHBand="0" w:noVBand="1" w:val="04A0"/>
      </w:tblPr>
      <w:tblGrid>
        <w:gridCol w:w="3289"/>
        <w:gridCol w:w="3289"/>
        <w:gridCol w:w="3289"/>
      </w:tblGrid>
      <w:tr>
        <w:tc>
          <w:tcPr>
            <w:tcW w:type="dxa" w:w="3289"/>
            <w:shd w:fill="D9EFE9" w:val="clear"/>
            <w:tcMar>
              <w:top w:w="40" w:type="dxa"/>
              <w:bottom w:w="40" w:type="dxa"/>
              <w:left w:w="60" w:type="dxa"/>
              <w:right w:w="60" w:type="dxa"/>
            </w:tcMar>
          </w:tcPr>
          <w:p>
            <w:r/>
            <w:r>
              <w:rPr>
                <w:rFonts w:ascii="Arial" w:hAnsi="Arial" w:eastAsia="Arial"/>
                <w:b/>
                <w:color w:val="241C36"/>
                <w:sz w:val="24"/>
              </w:rPr>
              <w:t>Task</w:t>
            </w:r>
          </w:p>
        </w:tc>
        <w:tc>
          <w:tcPr>
            <w:tcW w:type="dxa" w:w="3289"/>
            <w:shd w:fill="D9EFE9" w:val="clear"/>
            <w:tcMar>
              <w:top w:w="40" w:type="dxa"/>
              <w:bottom w:w="40" w:type="dxa"/>
              <w:left w:w="60" w:type="dxa"/>
              <w:right w:w="60" w:type="dxa"/>
            </w:tcMar>
          </w:tcPr>
          <w:p>
            <w:r/>
            <w:r>
              <w:rPr>
                <w:rFonts w:ascii="Arial" w:hAnsi="Arial" w:eastAsia="Arial"/>
                <w:b/>
                <w:color w:val="241C36"/>
                <w:sz w:val="24"/>
              </w:rPr>
              <w:t>When</w:t>
            </w:r>
          </w:p>
        </w:tc>
        <w:tc>
          <w:tcPr>
            <w:tcW w:type="dxa" w:w="3289"/>
            <w:shd w:fill="D9EFE9" w:val="clear"/>
            <w:tcMar>
              <w:top w:w="40" w:type="dxa"/>
              <w:bottom w:w="40" w:type="dxa"/>
              <w:left w:w="60" w:type="dxa"/>
              <w:right w:w="60" w:type="dxa"/>
            </w:tcMar>
          </w:tcPr>
          <w:p>
            <w:r/>
            <w:r>
              <w:rPr>
                <w:rFonts w:ascii="Arial" w:hAnsi="Arial" w:eastAsia="Arial"/>
                <w:b/>
                <w:color w:val="241C36"/>
                <w:sz w:val="24"/>
              </w:rPr>
              <w:t>Done?</w:t>
            </w:r>
          </w:p>
        </w:tc>
      </w:tr>
      <w:tr>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r>
      <w:tr>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r>
      <w:tr>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r>
      <w:tr>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r>
      <w:tr>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r>
      <w:tr>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r>
    </w:tbl>
    <w:p/>
    <w:p>
      <w:pPr>
        <w:spacing w:after="160" w:before="280" w:line="300" w:lineRule="auto"/>
      </w:pPr>
      <w:r>
        <w:rPr>
          <w:rFonts w:ascii="Arial" w:hAnsi="Arial" w:eastAsia="Arial"/>
          <w:b/>
          <w:color w:val="0D6B64"/>
          <w:sz w:val="36"/>
        </w:rPr>
        <w:t>Contacts if you need help</w:t>
      </w:r>
    </w:p>
    <w:tbl>
      <w:tblPr>
        <w:tblStyle w:val="TableGrid"/>
        <w:tblW w:type="auto" w:w="0"/>
        <w:tblLook w:firstColumn="1" w:firstRow="1" w:lastColumn="0" w:lastRow="0" w:noHBand="0" w:noVBand="1" w:val="04A0"/>
      </w:tblPr>
      <w:tblGrid>
        <w:gridCol w:w="3289"/>
        <w:gridCol w:w="3289"/>
        <w:gridCol w:w="3289"/>
      </w:tblGrid>
      <w:tr>
        <w:tc>
          <w:tcPr>
            <w:tcW w:type="dxa" w:w="3289"/>
            <w:shd w:fill="D9EFE9" w:val="clear"/>
            <w:tcMar>
              <w:top w:w="40" w:type="dxa"/>
              <w:bottom w:w="40" w:type="dxa"/>
              <w:left w:w="60" w:type="dxa"/>
              <w:right w:w="60" w:type="dxa"/>
            </w:tcMar>
          </w:tcPr>
          <w:p>
            <w:r/>
            <w:r>
              <w:rPr>
                <w:rFonts w:ascii="Arial" w:hAnsi="Arial" w:eastAsia="Arial"/>
                <w:b/>
                <w:color w:val="241C36"/>
                <w:sz w:val="24"/>
              </w:rPr>
              <w:t>Who</w:t>
            </w:r>
          </w:p>
        </w:tc>
        <w:tc>
          <w:tcPr>
            <w:tcW w:type="dxa" w:w="3289"/>
            <w:shd w:fill="D9EFE9" w:val="clear"/>
            <w:tcMar>
              <w:top w:w="40" w:type="dxa"/>
              <w:bottom w:w="40" w:type="dxa"/>
              <w:left w:w="60" w:type="dxa"/>
              <w:right w:w="60" w:type="dxa"/>
            </w:tcMar>
          </w:tcPr>
          <w:p>
            <w:r/>
            <w:r>
              <w:rPr>
                <w:rFonts w:ascii="Arial" w:hAnsi="Arial" w:eastAsia="Arial"/>
                <w:b/>
                <w:color w:val="241C36"/>
                <w:sz w:val="24"/>
              </w:rPr>
              <w:t>Phone</w:t>
            </w:r>
          </w:p>
        </w:tc>
        <w:tc>
          <w:tcPr>
            <w:tcW w:type="dxa" w:w="3289"/>
            <w:shd w:fill="D9EFE9" w:val="clear"/>
            <w:tcMar>
              <w:top w:w="40" w:type="dxa"/>
              <w:bottom w:w="40" w:type="dxa"/>
              <w:left w:w="60" w:type="dxa"/>
              <w:right w:w="60" w:type="dxa"/>
            </w:tcMar>
          </w:tcPr>
          <w:p>
            <w:r/>
            <w:r>
              <w:rPr>
                <w:rFonts w:ascii="Arial" w:hAnsi="Arial" w:eastAsia="Arial"/>
                <w:b/>
                <w:color w:val="241C36"/>
                <w:sz w:val="24"/>
              </w:rPr>
              <w:t>When to call</w:t>
            </w:r>
          </w:p>
        </w:tc>
      </w:tr>
      <w:tr>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r>
      <w:tr>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r>
      <w:tr>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r>
      <w:tr>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r>
      <w:tr>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c>
          <w:tcPr>
            <w:tcW w:type="dxa" w:w="3289"/>
            <w:tcMar>
              <w:top w:w="80" w:type="dxa"/>
              <w:bottom w:w="80" w:type="dxa"/>
              <w:left w:w="60" w:type="dxa"/>
              <w:right w:w="60" w:type="dxa"/>
            </w:tcMar>
          </w:tcPr>
          <w:p>
            <w:r/>
            <w:r>
              <w:rPr>
                <w:rFonts w:ascii="Arial" w:hAnsi="Arial" w:eastAsia="Arial"/>
                <w:b w:val="0"/>
                <w:color w:val="241C36"/>
                <w:sz w:val="28"/>
              </w:rPr>
              <w:t xml:space="preserve"> </w:t>
            </w:r>
          </w:p>
        </w:tc>
      </w:tr>
    </w:tbl>
    <w:p/>
    <w:p>
      <w:pPr>
        <w:spacing w:after="120" w:before="0" w:line="300" w:lineRule="auto"/>
      </w:pPr>
      <w:r>
        <w:rPr>
          <w:rFonts w:ascii="Arial" w:hAnsi="Arial" w:eastAsia="Arial"/>
          <w:b/>
          <w:color w:val="241C36"/>
          <w:sz w:val="26"/>
        </w:rPr>
        <w:t>Emergency: 999. Urgent medical help: NHS 111. Non-urgent health: GP.</w:t>
      </w:r>
    </w:p>
    <w:p>
      <w:pPr>
        <w:spacing w:after="160" w:before="280" w:line="300" w:lineRule="auto"/>
      </w:pPr>
      <w:r>
        <w:rPr>
          <w:rFonts w:ascii="Arial" w:hAnsi="Arial" w:eastAsia="Arial"/>
          <w:b/>
          <w:color w:val="0D6B64"/>
          <w:sz w:val="36"/>
        </w:rPr>
        <w:t>Where things are</w:t>
      </w:r>
    </w:p>
    <w:p>
      <w:pPr>
        <w:spacing w:after="160"/>
      </w:pPr>
      <w:r>
        <w:rPr>
          <w:rFonts w:ascii="Arial" w:hAnsi="Arial" w:eastAsia="Arial"/>
          <w:b/>
          <w:color w:val="241C36"/>
          <w:sz w:val="28"/>
        </w:rPr>
        <w:t xml:space="preserve">Medicines: </w:t>
      </w:r>
      <w:r>
        <w:rPr>
          <w:rFonts w:ascii="Arial" w:hAnsi="Arial" w:eastAsia="Arial"/>
          <w:b w:val="0"/>
          <w:color w:val="3D3550"/>
          <w:sz w:val="28"/>
        </w:rPr>
        <w:t>_____________________________________________</w:t>
      </w:r>
    </w:p>
    <w:p>
      <w:pPr>
        <w:spacing w:after="160"/>
      </w:pPr>
      <w:r>
        <w:rPr>
          <w:rFonts w:ascii="Arial" w:hAnsi="Arial" w:eastAsia="Arial"/>
          <w:b/>
          <w:color w:val="241C36"/>
          <w:sz w:val="28"/>
        </w:rPr>
        <w:t xml:space="preserve">Care plans / other sheets: </w:t>
      </w:r>
      <w:r>
        <w:rPr>
          <w:rFonts w:ascii="Arial" w:hAnsi="Arial" w:eastAsia="Arial"/>
          <w:b w:val="0"/>
          <w:color w:val="3D3550"/>
          <w:sz w:val="28"/>
        </w:rPr>
        <w:t>______________________________</w:t>
      </w:r>
    </w:p>
    <w:p>
      <w:pPr>
        <w:spacing w:after="160"/>
      </w:pPr>
      <w:r>
        <w:rPr>
          <w:rFonts w:ascii="Arial" w:hAnsi="Arial" w:eastAsia="Arial"/>
          <w:b/>
          <w:color w:val="241C36"/>
          <w:sz w:val="28"/>
        </w:rPr>
        <w:t xml:space="preserve">Food / fridge notes: </w:t>
      </w:r>
      <w:r>
        <w:rPr>
          <w:rFonts w:ascii="Arial" w:hAnsi="Arial" w:eastAsia="Arial"/>
          <w:b w:val="0"/>
          <w:color w:val="3D3550"/>
          <w:sz w:val="28"/>
        </w:rPr>
        <w:t>___________________________________</w:t>
      </w:r>
    </w:p>
    <w:p>
      <w:pPr>
        <w:spacing w:after="160"/>
      </w:pPr>
      <w:r>
        <w:rPr>
          <w:rFonts w:ascii="Arial" w:hAnsi="Arial" w:eastAsia="Arial"/>
          <w:b/>
          <w:color w:val="241C36"/>
          <w:sz w:val="28"/>
        </w:rPr>
        <w:t xml:space="preserve">Pads / equipment: </w:t>
      </w:r>
      <w:r>
        <w:rPr>
          <w:rFonts w:ascii="Arial" w:hAnsi="Arial" w:eastAsia="Arial"/>
          <w:b w:val="0"/>
          <w:color w:val="3D3550"/>
          <w:sz w:val="28"/>
        </w:rPr>
        <w:t>______________________________________</w:t>
      </w:r>
    </w:p>
    <w:p>
      <w:pPr>
        <w:spacing w:after="160"/>
      </w:pPr>
      <w:r>
        <w:rPr>
          <w:rFonts w:ascii="Arial" w:hAnsi="Arial" w:eastAsia="Arial"/>
          <w:b/>
          <w:color w:val="241C36"/>
          <w:sz w:val="28"/>
        </w:rPr>
        <w:t xml:space="preserve">Spare keys / key safe: </w:t>
      </w:r>
      <w:r>
        <w:rPr>
          <w:rFonts w:ascii="Arial" w:hAnsi="Arial" w:eastAsia="Arial"/>
          <w:b w:val="0"/>
          <w:color w:val="3D3550"/>
          <w:sz w:val="28"/>
        </w:rPr>
        <w:t>_________________________________</w:t>
      </w:r>
    </w:p>
    <w:p>
      <w:pPr>
        <w:spacing w:after="160" w:before="280" w:line="300" w:lineRule="auto"/>
      </w:pPr>
      <w:r>
        <w:rPr>
          <w:rFonts w:ascii="Arial" w:hAnsi="Arial" w:eastAsia="Arial"/>
          <w:b/>
          <w:color w:val="0D6B64"/>
          <w:sz w:val="36"/>
        </w:rPr>
        <w:t>Message for the next carer</w:t>
      </w:r>
    </w:p>
    <w:p>
      <w:pPr>
        <w:spacing w:after="160"/>
      </w:pPr>
      <w:r>
        <w:rPr>
          <w:rFonts w:ascii="Arial" w:hAnsi="Arial" w:eastAsia="Arial"/>
          <w:b/>
          <w:color w:val="241C36"/>
          <w:sz w:val="28"/>
        </w:rPr>
        <w:t xml:space="preserve"> </w:t>
      </w:r>
      <w:r>
        <w:rPr>
          <w:rFonts w:ascii="Arial" w:hAnsi="Arial" w:eastAsia="Arial"/>
          <w:b w:val="0"/>
          <w:color w:val="3D3550"/>
          <w:sz w:val="28"/>
        </w:rPr>
        <w:t>_______________________________________________________</w:t>
      </w:r>
    </w:p>
    <w:p>
      <w:pPr>
        <w:spacing w:after="120"/>
      </w:pPr>
      <w:r>
        <w:rPr>
          <w:rFonts w:ascii="Arial" w:hAnsi="Arial" w:eastAsia="Arial"/>
          <w:b w:val="0"/>
          <w:color w:val="3D3550"/>
          <w:sz w:val="28"/>
        </w:rPr>
        <w:t>____________________________________________________________</w:t>
      </w:r>
    </w:p>
    <w:p>
      <w:pPr>
        <w:spacing w:after="120"/>
      </w:pPr>
      <w:r>
        <w:rPr>
          <w:rFonts w:ascii="Arial" w:hAnsi="Arial" w:eastAsia="Arial"/>
          <w:b w:val="0"/>
          <w:color w:val="3D3550"/>
          <w:sz w:val="28"/>
        </w:rPr>
        <w:t>____________________________________________________________</w:t>
      </w:r>
    </w:p>
    <w:p>
      <w:pPr>
        <w:spacing w:after="160"/>
      </w:pPr>
      <w:r>
        <w:rPr>
          <w:rFonts w:ascii="Arial" w:hAnsi="Arial" w:eastAsia="Arial"/>
          <w:b/>
          <w:color w:val="241C36"/>
          <w:sz w:val="28"/>
        </w:rPr>
        <w:t xml:space="preserve">Signature / initials: </w:t>
      </w:r>
      <w:r>
        <w:rPr>
          <w:rFonts w:ascii="Arial" w:hAnsi="Arial" w:eastAsia="Arial"/>
          <w:b w:val="0"/>
          <w:color w:val="3D3550"/>
          <w:sz w:val="28"/>
        </w:rPr>
        <w:t>__________________________________</w:t>
      </w:r>
    </w:p>
    <w:p>
      <w:pPr>
        <w:spacing w:after="80" w:before="0" w:line="300" w:lineRule="auto"/>
      </w:pPr>
      <w:r>
        <w:rPr>
          <w:rFonts w:ascii="Arial" w:hAnsi="Arial" w:eastAsia="Arial"/>
          <w:b w:val="0"/>
          <w:color w:val="241C36"/>
          <w:sz w:val="20"/>
        </w:rPr>
      </w:r>
    </w:p>
    <w:p>
      <w:pPr>
        <w:spacing w:after="40" w:before="0" w:line="300" w:lineRule="auto"/>
      </w:pPr>
      <w:r>
        <w:rPr>
          <w:rFonts w:ascii="Arial" w:hAnsi="Arial" w:eastAsia="Arial"/>
          <w:b w:val="0"/>
          <w:color w:val="3D3550"/>
          <w:sz w:val="22"/>
        </w:rPr>
        <w:t>© Social Care Made Easy. Free for personal use. Please do not resell. You may print copies for yourself, family or the people who care for you.</w:t>
      </w:r>
    </w:p>
    <w:p>
      <w:pPr>
        <w:spacing w:after="120" w:before="0" w:line="300" w:lineRule="auto"/>
      </w:pPr>
      <w:r>
        <w:rPr>
          <w:rFonts w:ascii="Arial" w:hAnsi="Arial" w:eastAsia="Arial"/>
          <w:b w:val="0"/>
          <w:color w:val="3D3550"/>
          <w:sz w:val="22"/>
        </w:rPr>
        <w:t>Last checked: 31 October 2026 (Europe/London).</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