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00" w:lineRule="auto"/>
      </w:pPr>
      <w:r>
        <w:rPr>
          <w:rFonts w:ascii="Arial" w:hAnsi="Arial" w:eastAsia="Arial"/>
          <w:b/>
          <w:color w:val="0D6B64"/>
          <w:sz w:val="24"/>
        </w:rPr>
        <w:t>SOCIAL CARE MADE EASY</w:t>
      </w:r>
    </w:p>
    <w:p>
      <w:pPr>
        <w:spacing w:after="80" w:before="0" w:line="300" w:lineRule="auto"/>
      </w:pPr>
      <w:r>
        <w:rPr>
          <w:rFonts w:ascii="Arial" w:hAnsi="Arial" w:eastAsia="Arial"/>
          <w:b/>
          <w:color w:val="5E348F"/>
          <w:sz w:val="44"/>
        </w:rPr>
        <w:t>About me — personal care plan</w:t>
      </w:r>
    </w:p>
    <w:p>
      <w:pPr>
        <w:spacing w:after="160" w:before="0" w:line="300" w:lineRule="auto"/>
      </w:pPr>
      <w:r>
        <w:rPr>
          <w:rFonts w:ascii="Arial" w:hAnsi="Arial" w:eastAsia="Arial"/>
          <w:b w:val="0"/>
          <w:color w:val="3D3550"/>
          <w:sz w:val="26"/>
        </w:rPr>
        <w:t>A one-page sheet so anyone helping you knows who you are, what matters to you, and how you like to be supported.</w:t>
      </w:r>
    </w:p>
    <w:p>
      <w:pPr>
        <w:spacing w:after="200" w:before="0" w:line="300" w:lineRule="auto"/>
      </w:pPr>
      <w:r>
        <w:rPr>
          <w:rFonts w:ascii="Arial" w:hAnsi="Arial" w:eastAsia="Arial"/>
          <w:b w:val="0"/>
          <w:color w:val="3D3550"/>
          <w:sz w:val="24"/>
        </w:rPr>
        <w:t>England first · Free printable template · Large text · Fill in by hand or in Word</w:t>
      </w:r>
    </w:p>
    <w:tbl>
      <w:tblPr>
        <w:tblW w:type="auto" w:w="0"/>
        <w:tblLayout w:type="autofit"/>
        <w:tblLook w:firstColumn="1" w:firstRow="1" w:lastColumn="0" w:lastRow="0" w:noHBand="0" w:noVBand="1" w:val="04A0"/>
      </w:tblPr>
      <w:tblGrid>
        <w:gridCol w:w="9866"/>
      </w:tblGrid>
      <w:tr>
        <w:tc>
          <w:tcPr>
            <w:tcW w:type="dxa" w:w="9866"/>
            <w:shd w:fill="F3ECFB" w:val="clear"/>
            <w:tcMar>
              <w:top w:w="60" w:type="dxa"/>
              <w:bottom w:w="60" w:type="dxa"/>
              <w:left w:w="80" w:type="dxa"/>
              <w:right w:w="80" w:type="dxa"/>
            </w:tcMar>
          </w:tcPr>
          <w:p>
            <w:pPr>
              <w:spacing w:after="40"/>
            </w:pPr>
            <w:r/>
            <w:r>
              <w:rPr>
                <w:rFonts w:ascii="Arial" w:hAnsi="Arial" w:eastAsia="Arial"/>
                <w:b/>
                <w:color w:val="5E348F"/>
                <w:sz w:val="26"/>
              </w:rPr>
              <w:t>Please read this first</w:t>
            </w:r>
          </w:p>
          <w:p>
            <w:pPr>
              <w:spacing w:after="40"/>
            </w:pPr>
            <w:r>
              <w:rPr>
                <w:rFonts w:ascii="Arial" w:hAnsi="Arial" w:eastAsia="Arial"/>
                <w:b w:val="0"/>
                <w:color w:val="241C36"/>
                <w:sz w:val="24"/>
              </w:rPr>
              <w:t>Information only — not advice. This is a free blank template from Social Care Made Easy (socialcaremadeeasy.co.uk). It is not legal, medical or financial advice. It is not a substitute for a council care and support plan, a professional risk assessment, or advice from a GP, nurse or social care worker. It is not made by the NHS, DWP or any council. Fill it in yourself for personal use. Rules in England can differ from Scotland, Wales and Northern Ireland.</w:t>
            </w:r>
          </w:p>
        </w:tc>
      </w:tr>
    </w:tbl>
    <w:p/>
    <w:tbl>
      <w:tblPr>
        <w:tblW w:type="auto" w:w="0"/>
        <w:tblLayout w:type="autofit"/>
        <w:tblLook w:firstColumn="1" w:firstRow="1" w:lastColumn="0" w:lastRow="0" w:noHBand="0" w:noVBand="1" w:val="04A0"/>
      </w:tblPr>
      <w:tblGrid>
        <w:gridCol w:w="9866"/>
      </w:tblGrid>
      <w:tr>
        <w:tc>
          <w:tcPr>
            <w:tcW w:type="dxa" w:w="9866"/>
            <w:shd w:fill="FFE8E0" w:val="clear"/>
            <w:tcMar>
              <w:top w:w="60" w:type="dxa"/>
              <w:bottom w:w="60" w:type="dxa"/>
              <w:left w:w="80" w:type="dxa"/>
              <w:right w:w="80" w:type="dxa"/>
            </w:tcMar>
          </w:tcPr>
          <w:p>
            <w:pPr>
              <w:spacing w:after="40"/>
            </w:pPr>
            <w:r/>
            <w:r>
              <w:rPr>
                <w:rFonts w:ascii="Arial" w:hAnsi="Arial" w:eastAsia="Arial"/>
                <w:b/>
                <w:color w:val="5E348F"/>
                <w:sz w:val="26"/>
              </w:rPr>
              <w:t>Urgent help</w:t>
            </w:r>
          </w:p>
          <w:p>
            <w:pPr>
              <w:spacing w:after="40"/>
            </w:pPr>
            <w:r>
              <w:rPr>
                <w:rFonts w:ascii="Arial" w:hAnsi="Arial" w:eastAsia="Arial"/>
                <w:b w:val="0"/>
                <w:color w:val="241C36"/>
                <w:sz w:val="24"/>
              </w:rPr>
              <w:t>In an emergency, or if someone's life is at risk, call 999. For urgent medical help, call NHS 111 or go to 111.nhs.uk. For anything else about health, speak to a GP.</w:t>
            </w:r>
          </w:p>
        </w:tc>
      </w:tr>
    </w:tbl>
    <w:p/>
    <w:p>
      <w:pPr>
        <w:spacing w:after="160" w:before="280" w:line="300" w:lineRule="auto"/>
      </w:pPr>
      <w:r>
        <w:rPr>
          <w:rFonts w:ascii="Arial" w:hAnsi="Arial" w:eastAsia="Arial"/>
          <w:b/>
          <w:color w:val="0D6B64"/>
          <w:sz w:val="36"/>
        </w:rPr>
        <w:t>1. About the person</w:t>
      </w:r>
    </w:p>
    <w:p>
      <w:pPr>
        <w:spacing w:after="160"/>
      </w:pPr>
      <w:r>
        <w:rPr>
          <w:rFonts w:ascii="Arial" w:hAnsi="Arial" w:eastAsia="Arial"/>
          <w:b/>
          <w:color w:val="241C36"/>
          <w:sz w:val="28"/>
        </w:rPr>
        <w:t xml:space="preserve">Preferred name: </w:t>
      </w:r>
      <w:r>
        <w:rPr>
          <w:rFonts w:ascii="Arial" w:hAnsi="Arial" w:eastAsia="Arial"/>
          <w:b w:val="0"/>
          <w:color w:val="3D3550"/>
          <w:sz w:val="28"/>
        </w:rPr>
        <w:t>________________________________________</w:t>
      </w:r>
    </w:p>
    <w:p>
      <w:pPr>
        <w:spacing w:after="160"/>
      </w:pPr>
      <w:r>
        <w:rPr>
          <w:rFonts w:ascii="Arial" w:hAnsi="Arial" w:eastAsia="Arial"/>
          <w:b/>
          <w:color w:val="241C36"/>
          <w:sz w:val="28"/>
        </w:rPr>
        <w:t xml:space="preserve">Full legal name (if different): </w:t>
      </w:r>
      <w:r>
        <w:rPr>
          <w:rFonts w:ascii="Arial" w:hAnsi="Arial" w:eastAsia="Arial"/>
          <w:b w:val="0"/>
          <w:color w:val="3D3550"/>
          <w:sz w:val="28"/>
        </w:rPr>
        <w:t>______________________________</w:t>
      </w:r>
    </w:p>
    <w:p>
      <w:pPr>
        <w:spacing w:after="160"/>
      </w:pPr>
      <w:r>
        <w:rPr>
          <w:rFonts w:ascii="Arial" w:hAnsi="Arial" w:eastAsia="Arial"/>
          <w:b/>
          <w:color w:val="241C36"/>
          <w:sz w:val="28"/>
        </w:rPr>
        <w:t xml:space="preserve">Date of birth: </w:t>
      </w:r>
      <w:r>
        <w:rPr>
          <w:rFonts w:ascii="Arial" w:hAnsi="Arial" w:eastAsia="Arial"/>
          <w:b w:val="0"/>
          <w:color w:val="3D3550"/>
          <w:sz w:val="28"/>
        </w:rPr>
        <w:t>_________________________________________</w:t>
      </w:r>
    </w:p>
    <w:p>
      <w:pPr>
        <w:spacing w:after="160"/>
      </w:pPr>
      <w:r>
        <w:rPr>
          <w:rFonts w:ascii="Arial" w:hAnsi="Arial" w:eastAsia="Arial"/>
          <w:b/>
          <w:color w:val="241C36"/>
          <w:sz w:val="28"/>
        </w:rPr>
        <w:t xml:space="preserve">Address: </w:t>
      </w:r>
      <w:r>
        <w:rPr>
          <w:rFonts w:ascii="Arial" w:hAnsi="Arial" w:eastAsia="Arial"/>
          <w:b w:val="0"/>
          <w:color w:val="3D3550"/>
          <w:sz w:val="28"/>
        </w:rPr>
        <w:t>_______________________________________________</w:t>
      </w:r>
    </w:p>
    <w:p>
      <w:pPr>
        <w:spacing w:after="160"/>
      </w:pPr>
      <w:r>
        <w:rPr>
          <w:rFonts w:ascii="Arial" w:hAnsi="Arial" w:eastAsia="Arial"/>
          <w:b/>
          <w:color w:val="241C36"/>
          <w:sz w:val="28"/>
        </w:rPr>
        <w:t xml:space="preserve">NHS number (optional): </w:t>
      </w:r>
      <w:r>
        <w:rPr>
          <w:rFonts w:ascii="Arial" w:hAnsi="Arial" w:eastAsia="Arial"/>
          <w:b w:val="0"/>
          <w:color w:val="3D3550"/>
          <w:sz w:val="28"/>
        </w:rPr>
        <w:t>_________________________________</w:t>
      </w:r>
    </w:p>
    <w:p>
      <w:pPr>
        <w:spacing w:after="160"/>
      </w:pPr>
      <w:r>
        <w:rPr>
          <w:rFonts w:ascii="Arial" w:hAnsi="Arial" w:eastAsia="Arial"/>
          <w:b/>
          <w:color w:val="241C36"/>
          <w:sz w:val="28"/>
        </w:rPr>
        <w:t xml:space="preserve">Date this sheet was filled in: </w:t>
      </w:r>
      <w:r>
        <w:rPr>
          <w:rFonts w:ascii="Arial" w:hAnsi="Arial" w:eastAsia="Arial"/>
          <w:b w:val="0"/>
          <w:color w:val="3D3550"/>
          <w:sz w:val="28"/>
        </w:rPr>
        <w:t>______________________________</w:t>
      </w:r>
    </w:p>
    <w:p>
      <w:pPr>
        <w:spacing w:after="160" w:before="280" w:line="300" w:lineRule="auto"/>
      </w:pPr>
      <w:r>
        <w:rPr>
          <w:rFonts w:ascii="Arial" w:hAnsi="Arial" w:eastAsia="Arial"/>
          <w:b/>
          <w:color w:val="0D6B64"/>
          <w:sz w:val="36"/>
        </w:rPr>
        <w:t>2. Who I am</w:t>
      </w:r>
    </w:p>
    <w:p>
      <w:pPr>
        <w:spacing w:after="120" w:before="0" w:line="300" w:lineRule="auto"/>
      </w:pPr>
      <w:r>
        <w:rPr>
          <w:rFonts w:ascii="Arial" w:hAnsi="Arial" w:eastAsia="Arial"/>
          <w:b w:val="0"/>
          <w:color w:val="3D3550"/>
          <w:sz w:val="26"/>
        </w:rPr>
        <w:t>Write a few lines about yourself — what you like people to know first.</w:t>
      </w:r>
    </w:p>
    <w:p>
      <w:pPr>
        <w:spacing w:after="160"/>
      </w:pPr>
      <w:r>
        <w:rPr>
          <w:rFonts w:ascii="Arial" w:hAnsi="Arial" w:eastAsia="Arial"/>
          <w:b/>
          <w:color w:val="241C36"/>
          <w:sz w:val="28"/>
        </w:rPr>
        <w:t xml:space="preserve"> </w:t>
      </w:r>
      <w:r>
        <w:rPr>
          <w:rFonts w:ascii="Arial" w:hAnsi="Arial" w:eastAsia="Arial"/>
          <w:b w:val="0"/>
          <w:color w:val="3D3550"/>
          <w:sz w:val="28"/>
        </w:rPr>
        <w:t>_______________________________________________________</w:t>
      </w:r>
    </w:p>
    <w:p>
      <w:pPr>
        <w:spacing w:after="120"/>
      </w:pPr>
      <w:r>
        <w:rPr>
          <w:rFonts w:ascii="Arial" w:hAnsi="Arial" w:eastAsia="Arial"/>
          <w:b w:val="0"/>
          <w:color w:val="3D3550"/>
          <w:sz w:val="28"/>
        </w:rPr>
        <w:t>____________________________________________________________</w:t>
      </w:r>
    </w:p>
    <w:p>
      <w:pPr>
        <w:spacing w:after="120"/>
      </w:pPr>
      <w:r>
        <w:rPr>
          <w:rFonts w:ascii="Arial" w:hAnsi="Arial" w:eastAsia="Arial"/>
          <w:b w:val="0"/>
          <w:color w:val="3D3550"/>
          <w:sz w:val="28"/>
        </w:rPr>
        <w:t>____________________________________________________________</w:t>
      </w:r>
    </w:p>
    <w:p>
      <w:pPr>
        <w:spacing w:after="160" w:before="280" w:line="300" w:lineRule="auto"/>
      </w:pPr>
      <w:r>
        <w:rPr>
          <w:rFonts w:ascii="Arial" w:hAnsi="Arial" w:eastAsia="Arial"/>
          <w:b/>
          <w:color w:val="0D6B64"/>
          <w:sz w:val="36"/>
        </w:rPr>
        <w:t>3. What matters to me</w:t>
      </w:r>
    </w:p>
    <w:p>
      <w:pPr>
        <w:spacing w:after="160"/>
      </w:pPr>
      <w:r>
        <w:rPr>
          <w:rFonts w:ascii="Arial" w:hAnsi="Arial" w:eastAsia="Arial"/>
          <w:b/>
          <w:color w:val="241C36"/>
          <w:sz w:val="28"/>
        </w:rPr>
        <w:t xml:space="preserve">People who matter to me: </w:t>
      </w:r>
      <w:r>
        <w:rPr>
          <w:rFonts w:ascii="Arial" w:hAnsi="Arial" w:eastAsia="Arial"/>
          <w:b w:val="0"/>
          <w:color w:val="3D3550"/>
          <w:sz w:val="28"/>
        </w:rPr>
        <w:t>_______________________________</w:t>
      </w:r>
    </w:p>
    <w:p>
      <w:pPr>
        <w:spacing w:after="120"/>
      </w:pPr>
      <w:r>
        <w:rPr>
          <w:rFonts w:ascii="Arial" w:hAnsi="Arial" w:eastAsia="Arial"/>
          <w:b w:val="0"/>
          <w:color w:val="3D3550"/>
          <w:sz w:val="28"/>
        </w:rPr>
        <w:t>____________________________________________________________</w:t>
      </w:r>
    </w:p>
    <w:p>
      <w:pPr>
        <w:spacing w:after="160"/>
      </w:pPr>
      <w:r>
        <w:rPr>
          <w:rFonts w:ascii="Arial" w:hAnsi="Arial" w:eastAsia="Arial"/>
          <w:b/>
          <w:color w:val="241C36"/>
          <w:sz w:val="28"/>
        </w:rPr>
        <w:t xml:space="preserve">Things I enjoy: </w:t>
      </w:r>
      <w:r>
        <w:rPr>
          <w:rFonts w:ascii="Arial" w:hAnsi="Arial" w:eastAsia="Arial"/>
          <w:b w:val="0"/>
          <w:color w:val="3D3550"/>
          <w:sz w:val="28"/>
        </w:rPr>
        <w:t>________________________________________</w:t>
      </w:r>
    </w:p>
    <w:p>
      <w:pPr>
        <w:spacing w:after="120"/>
      </w:pPr>
      <w:r>
        <w:rPr>
          <w:rFonts w:ascii="Arial" w:hAnsi="Arial" w:eastAsia="Arial"/>
          <w:b w:val="0"/>
          <w:color w:val="3D3550"/>
          <w:sz w:val="28"/>
        </w:rPr>
        <w:t>____________________________________________________________</w:t>
      </w:r>
    </w:p>
    <w:p>
      <w:pPr>
        <w:spacing w:after="160"/>
      </w:pPr>
      <w:r>
        <w:rPr>
          <w:rFonts w:ascii="Arial" w:hAnsi="Arial" w:eastAsia="Arial"/>
          <w:b/>
          <w:color w:val="241C36"/>
          <w:sz w:val="28"/>
        </w:rPr>
        <w:t xml:space="preserve">Things that worry or upset me: </w:t>
      </w:r>
      <w:r>
        <w:rPr>
          <w:rFonts w:ascii="Arial" w:hAnsi="Arial" w:eastAsia="Arial"/>
          <w:b w:val="0"/>
          <w:color w:val="3D3550"/>
          <w:sz w:val="28"/>
        </w:rPr>
        <w:t>______________________________</w:t>
      </w:r>
    </w:p>
    <w:p>
      <w:pPr>
        <w:spacing w:after="120"/>
      </w:pPr>
      <w:r>
        <w:rPr>
          <w:rFonts w:ascii="Arial" w:hAnsi="Arial" w:eastAsia="Arial"/>
          <w:b w:val="0"/>
          <w:color w:val="3D3550"/>
          <w:sz w:val="28"/>
        </w:rPr>
        <w:t>____________________________________________________________</w:t>
      </w:r>
    </w:p>
    <w:p>
      <w:pPr>
        <w:spacing w:after="160"/>
      </w:pPr>
      <w:r>
        <w:rPr>
          <w:rFonts w:ascii="Arial" w:hAnsi="Arial" w:eastAsia="Arial"/>
          <w:b/>
          <w:color w:val="241C36"/>
          <w:sz w:val="28"/>
        </w:rPr>
        <w:t xml:space="preserve">Routines I like to keep: </w:t>
      </w:r>
      <w:r>
        <w:rPr>
          <w:rFonts w:ascii="Arial" w:hAnsi="Arial" w:eastAsia="Arial"/>
          <w:b w:val="0"/>
          <w:color w:val="3D3550"/>
          <w:sz w:val="28"/>
        </w:rPr>
        <w:t>_______________________________</w:t>
      </w:r>
    </w:p>
    <w:p>
      <w:pPr>
        <w:spacing w:after="120"/>
      </w:pPr>
      <w:r>
        <w:rPr>
          <w:rFonts w:ascii="Arial" w:hAnsi="Arial" w:eastAsia="Arial"/>
          <w:b w:val="0"/>
          <w:color w:val="3D3550"/>
          <w:sz w:val="28"/>
        </w:rPr>
        <w:t>____________________________________________________________</w:t>
      </w:r>
    </w:p>
    <w:p>
      <w:pPr>
        <w:spacing w:after="160" w:before="280" w:line="300" w:lineRule="auto"/>
      </w:pPr>
      <w:r>
        <w:rPr>
          <w:rFonts w:ascii="Arial" w:hAnsi="Arial" w:eastAsia="Arial"/>
          <w:b/>
          <w:color w:val="0D6B64"/>
          <w:sz w:val="36"/>
        </w:rPr>
        <w:t>4. How I like to be supported</w:t>
      </w:r>
    </w:p>
    <w:p>
      <w:pPr>
        <w:spacing w:after="120" w:before="200" w:line="300" w:lineRule="auto"/>
      </w:pPr>
      <w:r>
        <w:rPr>
          <w:rFonts w:ascii="Arial" w:hAnsi="Arial" w:eastAsia="Arial"/>
          <w:b/>
          <w:color w:val="5E348F"/>
          <w:sz w:val="30"/>
        </w:rPr>
        <w:t>Getting up and dressed</w:t>
      </w:r>
    </w:p>
    <w:p>
      <w:pPr>
        <w:spacing w:after="160"/>
      </w:pPr>
      <w:r>
        <w:rPr>
          <w:rFonts w:ascii="Arial" w:hAnsi="Arial" w:eastAsia="Arial"/>
          <w:b/>
          <w:color w:val="241C36"/>
          <w:sz w:val="28"/>
        </w:rPr>
        <w:t xml:space="preserve">What help I need: </w:t>
      </w:r>
      <w:r>
        <w:rPr>
          <w:rFonts w:ascii="Arial" w:hAnsi="Arial" w:eastAsia="Arial"/>
          <w:b w:val="0"/>
          <w:color w:val="3D3550"/>
          <w:sz w:val="28"/>
        </w:rPr>
        <w:t>______________________________________</w:t>
      </w:r>
    </w:p>
    <w:p>
      <w:pPr>
        <w:spacing w:after="160"/>
      </w:pPr>
      <w:r>
        <w:rPr>
          <w:rFonts w:ascii="Arial" w:hAnsi="Arial" w:eastAsia="Arial"/>
          <w:b/>
          <w:color w:val="241C36"/>
          <w:sz w:val="28"/>
        </w:rPr>
        <w:t xml:space="preserve">How I like it done: </w:t>
      </w:r>
      <w:r>
        <w:rPr>
          <w:rFonts w:ascii="Arial" w:hAnsi="Arial" w:eastAsia="Arial"/>
          <w:b w:val="0"/>
          <w:color w:val="3D3550"/>
          <w:sz w:val="28"/>
        </w:rPr>
        <w:t>____________________________________</w:t>
      </w:r>
    </w:p>
    <w:p>
      <w:pPr>
        <w:spacing w:after="120" w:before="200" w:line="300" w:lineRule="auto"/>
      </w:pPr>
      <w:r>
        <w:rPr>
          <w:rFonts w:ascii="Arial" w:hAnsi="Arial" w:eastAsia="Arial"/>
          <w:b/>
          <w:color w:val="5E348F"/>
          <w:sz w:val="30"/>
        </w:rPr>
        <w:t>Washing and bathing</w:t>
      </w:r>
    </w:p>
    <w:p>
      <w:pPr>
        <w:spacing w:after="160"/>
      </w:pPr>
      <w:r>
        <w:rPr>
          <w:rFonts w:ascii="Arial" w:hAnsi="Arial" w:eastAsia="Arial"/>
          <w:b/>
          <w:color w:val="241C36"/>
          <w:sz w:val="28"/>
        </w:rPr>
        <w:t xml:space="preserve">What help I need: </w:t>
      </w:r>
      <w:r>
        <w:rPr>
          <w:rFonts w:ascii="Arial" w:hAnsi="Arial" w:eastAsia="Arial"/>
          <w:b w:val="0"/>
          <w:color w:val="3D3550"/>
          <w:sz w:val="28"/>
        </w:rPr>
        <w:t>______________________________________</w:t>
      </w:r>
    </w:p>
    <w:p>
      <w:pPr>
        <w:spacing w:after="160"/>
      </w:pPr>
      <w:r>
        <w:rPr>
          <w:rFonts w:ascii="Arial" w:hAnsi="Arial" w:eastAsia="Arial"/>
          <w:b/>
          <w:color w:val="241C36"/>
          <w:sz w:val="28"/>
        </w:rPr>
        <w:t xml:space="preserve">How I like it done: </w:t>
      </w:r>
      <w:r>
        <w:rPr>
          <w:rFonts w:ascii="Arial" w:hAnsi="Arial" w:eastAsia="Arial"/>
          <w:b w:val="0"/>
          <w:color w:val="3D3550"/>
          <w:sz w:val="28"/>
        </w:rPr>
        <w:t>____________________________________</w:t>
      </w:r>
    </w:p>
    <w:p>
      <w:pPr>
        <w:spacing w:after="120" w:before="200" w:line="300" w:lineRule="auto"/>
      </w:pPr>
      <w:r>
        <w:rPr>
          <w:rFonts w:ascii="Arial" w:hAnsi="Arial" w:eastAsia="Arial"/>
          <w:b/>
          <w:color w:val="5E348F"/>
          <w:sz w:val="30"/>
        </w:rPr>
        <w:t>Eating and drinking</w:t>
      </w:r>
    </w:p>
    <w:p>
      <w:pPr>
        <w:spacing w:after="160"/>
      </w:pPr>
      <w:r>
        <w:rPr>
          <w:rFonts w:ascii="Arial" w:hAnsi="Arial" w:eastAsia="Arial"/>
          <w:b/>
          <w:color w:val="241C36"/>
          <w:sz w:val="28"/>
        </w:rPr>
        <w:t xml:space="preserve">What help I need: </w:t>
      </w:r>
      <w:r>
        <w:rPr>
          <w:rFonts w:ascii="Arial" w:hAnsi="Arial" w:eastAsia="Arial"/>
          <w:b w:val="0"/>
          <w:color w:val="3D3550"/>
          <w:sz w:val="28"/>
        </w:rPr>
        <w:t>______________________________________</w:t>
      </w:r>
    </w:p>
    <w:p>
      <w:pPr>
        <w:spacing w:after="160"/>
      </w:pPr>
      <w:r>
        <w:rPr>
          <w:rFonts w:ascii="Arial" w:hAnsi="Arial" w:eastAsia="Arial"/>
          <w:b/>
          <w:color w:val="241C36"/>
          <w:sz w:val="28"/>
        </w:rPr>
        <w:t xml:space="preserve">How I like it done: </w:t>
      </w:r>
      <w:r>
        <w:rPr>
          <w:rFonts w:ascii="Arial" w:hAnsi="Arial" w:eastAsia="Arial"/>
          <w:b w:val="0"/>
          <w:color w:val="3D3550"/>
          <w:sz w:val="28"/>
        </w:rPr>
        <w:t>____________________________________</w:t>
      </w:r>
    </w:p>
    <w:p>
      <w:pPr>
        <w:spacing w:after="120" w:before="200" w:line="300" w:lineRule="auto"/>
      </w:pPr>
      <w:r>
        <w:rPr>
          <w:rFonts w:ascii="Arial" w:hAnsi="Arial" w:eastAsia="Arial"/>
          <w:b/>
          <w:color w:val="5E348F"/>
          <w:sz w:val="30"/>
        </w:rPr>
        <w:t>Moving around the home</w:t>
      </w:r>
    </w:p>
    <w:p>
      <w:pPr>
        <w:spacing w:after="160"/>
      </w:pPr>
      <w:r>
        <w:rPr>
          <w:rFonts w:ascii="Arial" w:hAnsi="Arial" w:eastAsia="Arial"/>
          <w:b/>
          <w:color w:val="241C36"/>
          <w:sz w:val="28"/>
        </w:rPr>
        <w:t xml:space="preserve">What help I need: </w:t>
      </w:r>
      <w:r>
        <w:rPr>
          <w:rFonts w:ascii="Arial" w:hAnsi="Arial" w:eastAsia="Arial"/>
          <w:b w:val="0"/>
          <w:color w:val="3D3550"/>
          <w:sz w:val="28"/>
        </w:rPr>
        <w:t>______________________________________</w:t>
      </w:r>
    </w:p>
    <w:p>
      <w:pPr>
        <w:spacing w:after="160"/>
      </w:pPr>
      <w:r>
        <w:rPr>
          <w:rFonts w:ascii="Arial" w:hAnsi="Arial" w:eastAsia="Arial"/>
          <w:b/>
          <w:color w:val="241C36"/>
          <w:sz w:val="28"/>
        </w:rPr>
        <w:t xml:space="preserve">How I like it done: </w:t>
      </w:r>
      <w:r>
        <w:rPr>
          <w:rFonts w:ascii="Arial" w:hAnsi="Arial" w:eastAsia="Arial"/>
          <w:b w:val="0"/>
          <w:color w:val="3D3550"/>
          <w:sz w:val="28"/>
        </w:rPr>
        <w:t>____________________________________</w:t>
      </w:r>
    </w:p>
    <w:p>
      <w:pPr>
        <w:spacing w:after="120" w:before="200" w:line="300" w:lineRule="auto"/>
      </w:pPr>
      <w:r>
        <w:rPr>
          <w:rFonts w:ascii="Arial" w:hAnsi="Arial" w:eastAsia="Arial"/>
          <w:b/>
          <w:color w:val="5E348F"/>
          <w:sz w:val="30"/>
        </w:rPr>
        <w:t>Going to the toilet</w:t>
      </w:r>
    </w:p>
    <w:p>
      <w:pPr>
        <w:spacing w:after="160"/>
      </w:pPr>
      <w:r>
        <w:rPr>
          <w:rFonts w:ascii="Arial" w:hAnsi="Arial" w:eastAsia="Arial"/>
          <w:b/>
          <w:color w:val="241C36"/>
          <w:sz w:val="28"/>
        </w:rPr>
        <w:t xml:space="preserve">What help I need: </w:t>
      </w:r>
      <w:r>
        <w:rPr>
          <w:rFonts w:ascii="Arial" w:hAnsi="Arial" w:eastAsia="Arial"/>
          <w:b w:val="0"/>
          <w:color w:val="3D3550"/>
          <w:sz w:val="28"/>
        </w:rPr>
        <w:t>______________________________________</w:t>
      </w:r>
    </w:p>
    <w:p>
      <w:pPr>
        <w:spacing w:after="160"/>
      </w:pPr>
      <w:r>
        <w:rPr>
          <w:rFonts w:ascii="Arial" w:hAnsi="Arial" w:eastAsia="Arial"/>
          <w:b/>
          <w:color w:val="241C36"/>
          <w:sz w:val="28"/>
        </w:rPr>
        <w:t xml:space="preserve">How I like it done: </w:t>
      </w:r>
      <w:r>
        <w:rPr>
          <w:rFonts w:ascii="Arial" w:hAnsi="Arial" w:eastAsia="Arial"/>
          <w:b w:val="0"/>
          <w:color w:val="3D3550"/>
          <w:sz w:val="28"/>
        </w:rPr>
        <w:t>____________________________________</w:t>
      </w:r>
    </w:p>
    <w:p>
      <w:pPr>
        <w:spacing w:after="120" w:before="200" w:line="300" w:lineRule="auto"/>
      </w:pPr>
      <w:r>
        <w:rPr>
          <w:rFonts w:ascii="Arial" w:hAnsi="Arial" w:eastAsia="Arial"/>
          <w:b/>
          <w:color w:val="5E348F"/>
          <w:sz w:val="30"/>
        </w:rPr>
        <w:t>Taking medicines</w:t>
      </w:r>
    </w:p>
    <w:p>
      <w:pPr>
        <w:spacing w:after="160"/>
      </w:pPr>
      <w:r>
        <w:rPr>
          <w:rFonts w:ascii="Arial" w:hAnsi="Arial" w:eastAsia="Arial"/>
          <w:b/>
          <w:color w:val="241C36"/>
          <w:sz w:val="28"/>
        </w:rPr>
        <w:t xml:space="preserve">What help I need: </w:t>
      </w:r>
      <w:r>
        <w:rPr>
          <w:rFonts w:ascii="Arial" w:hAnsi="Arial" w:eastAsia="Arial"/>
          <w:b w:val="0"/>
          <w:color w:val="3D3550"/>
          <w:sz w:val="28"/>
        </w:rPr>
        <w:t>______________________________________</w:t>
      </w:r>
    </w:p>
    <w:p>
      <w:pPr>
        <w:spacing w:after="160"/>
      </w:pPr>
      <w:r>
        <w:rPr>
          <w:rFonts w:ascii="Arial" w:hAnsi="Arial" w:eastAsia="Arial"/>
          <w:b/>
          <w:color w:val="241C36"/>
          <w:sz w:val="28"/>
        </w:rPr>
        <w:t xml:space="preserve">How I like it done: </w:t>
      </w:r>
      <w:r>
        <w:rPr>
          <w:rFonts w:ascii="Arial" w:hAnsi="Arial" w:eastAsia="Arial"/>
          <w:b w:val="0"/>
          <w:color w:val="3D3550"/>
          <w:sz w:val="28"/>
        </w:rPr>
        <w:t>____________________________________</w:t>
      </w:r>
    </w:p>
    <w:p>
      <w:pPr>
        <w:spacing w:after="120" w:before="200" w:line="300" w:lineRule="auto"/>
      </w:pPr>
      <w:r>
        <w:rPr>
          <w:rFonts w:ascii="Arial" w:hAnsi="Arial" w:eastAsia="Arial"/>
          <w:b/>
          <w:color w:val="5E348F"/>
          <w:sz w:val="30"/>
        </w:rPr>
        <w:t>Talking and being understood</w:t>
      </w:r>
    </w:p>
    <w:p>
      <w:pPr>
        <w:spacing w:after="160"/>
      </w:pPr>
      <w:r>
        <w:rPr>
          <w:rFonts w:ascii="Arial" w:hAnsi="Arial" w:eastAsia="Arial"/>
          <w:b/>
          <w:color w:val="241C36"/>
          <w:sz w:val="28"/>
        </w:rPr>
        <w:t xml:space="preserve">What help I need: </w:t>
      </w:r>
      <w:r>
        <w:rPr>
          <w:rFonts w:ascii="Arial" w:hAnsi="Arial" w:eastAsia="Arial"/>
          <w:b w:val="0"/>
          <w:color w:val="3D3550"/>
          <w:sz w:val="28"/>
        </w:rPr>
        <w:t>______________________________________</w:t>
      </w:r>
    </w:p>
    <w:p>
      <w:pPr>
        <w:spacing w:after="160"/>
      </w:pPr>
      <w:r>
        <w:rPr>
          <w:rFonts w:ascii="Arial" w:hAnsi="Arial" w:eastAsia="Arial"/>
          <w:b/>
          <w:color w:val="241C36"/>
          <w:sz w:val="28"/>
        </w:rPr>
        <w:t xml:space="preserve">How I like it done: </w:t>
      </w:r>
      <w:r>
        <w:rPr>
          <w:rFonts w:ascii="Arial" w:hAnsi="Arial" w:eastAsia="Arial"/>
          <w:b w:val="0"/>
          <w:color w:val="3D3550"/>
          <w:sz w:val="28"/>
        </w:rPr>
        <w:t>____________________________________</w:t>
      </w:r>
    </w:p>
    <w:p>
      <w:pPr>
        <w:spacing w:after="120" w:before="200" w:line="300" w:lineRule="auto"/>
      </w:pPr>
      <w:r>
        <w:rPr>
          <w:rFonts w:ascii="Arial" w:hAnsi="Arial" w:eastAsia="Arial"/>
          <w:b/>
          <w:color w:val="5E348F"/>
          <w:sz w:val="30"/>
        </w:rPr>
        <w:t>Going out</w:t>
      </w:r>
    </w:p>
    <w:p>
      <w:pPr>
        <w:spacing w:after="160"/>
      </w:pPr>
      <w:r>
        <w:rPr>
          <w:rFonts w:ascii="Arial" w:hAnsi="Arial" w:eastAsia="Arial"/>
          <w:b/>
          <w:color w:val="241C36"/>
          <w:sz w:val="28"/>
        </w:rPr>
        <w:t xml:space="preserve">What help I need: </w:t>
      </w:r>
      <w:r>
        <w:rPr>
          <w:rFonts w:ascii="Arial" w:hAnsi="Arial" w:eastAsia="Arial"/>
          <w:b w:val="0"/>
          <w:color w:val="3D3550"/>
          <w:sz w:val="28"/>
        </w:rPr>
        <w:t>______________________________________</w:t>
      </w:r>
    </w:p>
    <w:p>
      <w:pPr>
        <w:spacing w:after="160"/>
      </w:pPr>
      <w:r>
        <w:rPr>
          <w:rFonts w:ascii="Arial" w:hAnsi="Arial" w:eastAsia="Arial"/>
          <w:b/>
          <w:color w:val="241C36"/>
          <w:sz w:val="28"/>
        </w:rPr>
        <w:t xml:space="preserve">How I like it done: </w:t>
      </w:r>
      <w:r>
        <w:rPr>
          <w:rFonts w:ascii="Arial" w:hAnsi="Arial" w:eastAsia="Arial"/>
          <w:b w:val="0"/>
          <w:color w:val="3D3550"/>
          <w:sz w:val="28"/>
        </w:rPr>
        <w:t>____________________________________</w:t>
      </w:r>
    </w:p>
    <w:p>
      <w:pPr>
        <w:spacing w:after="120" w:before="200" w:line="300" w:lineRule="auto"/>
      </w:pPr>
      <w:r>
        <w:rPr>
          <w:rFonts w:ascii="Arial" w:hAnsi="Arial" w:eastAsia="Arial"/>
          <w:b/>
          <w:color w:val="5E348F"/>
          <w:sz w:val="30"/>
        </w:rPr>
        <w:t>Night time</w:t>
      </w:r>
    </w:p>
    <w:p>
      <w:pPr>
        <w:spacing w:after="160"/>
      </w:pPr>
      <w:r>
        <w:rPr>
          <w:rFonts w:ascii="Arial" w:hAnsi="Arial" w:eastAsia="Arial"/>
          <w:b/>
          <w:color w:val="241C36"/>
          <w:sz w:val="28"/>
        </w:rPr>
        <w:t xml:space="preserve">What help I need: </w:t>
      </w:r>
      <w:r>
        <w:rPr>
          <w:rFonts w:ascii="Arial" w:hAnsi="Arial" w:eastAsia="Arial"/>
          <w:b w:val="0"/>
          <w:color w:val="3D3550"/>
          <w:sz w:val="28"/>
        </w:rPr>
        <w:t>______________________________________</w:t>
      </w:r>
    </w:p>
    <w:p>
      <w:pPr>
        <w:spacing w:after="160"/>
      </w:pPr>
      <w:r>
        <w:rPr>
          <w:rFonts w:ascii="Arial" w:hAnsi="Arial" w:eastAsia="Arial"/>
          <w:b/>
          <w:color w:val="241C36"/>
          <w:sz w:val="28"/>
        </w:rPr>
        <w:t xml:space="preserve">How I like it done: </w:t>
      </w:r>
      <w:r>
        <w:rPr>
          <w:rFonts w:ascii="Arial" w:hAnsi="Arial" w:eastAsia="Arial"/>
          <w:b w:val="0"/>
          <w:color w:val="3D3550"/>
          <w:sz w:val="28"/>
        </w:rPr>
        <w:t>____________________________________</w:t>
      </w:r>
    </w:p>
    <w:p>
      <w:pPr>
        <w:spacing w:after="160" w:before="280" w:line="300" w:lineRule="auto"/>
      </w:pPr>
      <w:r>
        <w:rPr>
          <w:rFonts w:ascii="Arial" w:hAnsi="Arial" w:eastAsia="Arial"/>
          <w:b/>
          <w:color w:val="0D6B64"/>
          <w:sz w:val="36"/>
        </w:rPr>
        <w:t>5. Communication</w:t>
      </w:r>
    </w:p>
    <w:p>
      <w:pPr>
        <w:spacing w:after="160"/>
      </w:pPr>
      <w:r>
        <w:rPr>
          <w:rFonts w:ascii="Arial" w:hAnsi="Arial" w:eastAsia="Arial"/>
          <w:b/>
          <w:color w:val="241C36"/>
          <w:sz w:val="28"/>
        </w:rPr>
        <w:t xml:space="preserve">Best way to talk with me: </w:t>
      </w:r>
      <w:r>
        <w:rPr>
          <w:rFonts w:ascii="Arial" w:hAnsi="Arial" w:eastAsia="Arial"/>
          <w:b w:val="0"/>
          <w:color w:val="3D3550"/>
          <w:sz w:val="28"/>
        </w:rPr>
        <w:t>______________________________</w:t>
      </w:r>
    </w:p>
    <w:p>
      <w:pPr>
        <w:spacing w:after="160"/>
      </w:pPr>
      <w:r>
        <w:rPr>
          <w:rFonts w:ascii="Arial" w:hAnsi="Arial" w:eastAsia="Arial"/>
          <w:b/>
          <w:color w:val="241C36"/>
          <w:sz w:val="28"/>
        </w:rPr>
        <w:t xml:space="preserve">Hearing / sight / language notes: </w:t>
      </w:r>
      <w:r>
        <w:rPr>
          <w:rFonts w:ascii="Arial" w:hAnsi="Arial" w:eastAsia="Arial"/>
          <w:b w:val="0"/>
          <w:color w:val="3D3550"/>
          <w:sz w:val="28"/>
        </w:rPr>
        <w:t>______________________________</w:t>
      </w:r>
    </w:p>
    <w:p>
      <w:pPr>
        <w:spacing w:after="160"/>
      </w:pPr>
      <w:r>
        <w:rPr>
          <w:rFonts w:ascii="Arial" w:hAnsi="Arial" w:eastAsia="Arial"/>
          <w:b/>
          <w:color w:val="241C36"/>
          <w:sz w:val="28"/>
        </w:rPr>
        <w:t xml:space="preserve">Things that help me understand: </w:t>
      </w:r>
      <w:r>
        <w:rPr>
          <w:rFonts w:ascii="Arial" w:hAnsi="Arial" w:eastAsia="Arial"/>
          <w:b w:val="0"/>
          <w:color w:val="3D3550"/>
          <w:sz w:val="28"/>
        </w:rPr>
        <w:t>______________________________</w:t>
      </w:r>
    </w:p>
    <w:p>
      <w:pPr>
        <w:spacing w:after="160" w:before="280" w:line="300" w:lineRule="auto"/>
      </w:pPr>
      <w:r>
        <w:rPr>
          <w:rFonts w:ascii="Arial" w:hAnsi="Arial" w:eastAsia="Arial"/>
          <w:b/>
          <w:color w:val="0D6B64"/>
          <w:sz w:val="36"/>
        </w:rPr>
        <w:t>6. Health notes (brief)</w:t>
      </w:r>
    </w:p>
    <w:p>
      <w:pPr>
        <w:spacing w:after="120" w:before="0" w:line="300" w:lineRule="auto"/>
      </w:pPr>
      <w:r>
        <w:rPr>
          <w:rFonts w:ascii="Arial" w:hAnsi="Arial" w:eastAsia="Arial"/>
          <w:b w:val="0"/>
          <w:color w:val="3D3550"/>
          <w:sz w:val="26"/>
        </w:rPr>
        <w:t>Keep this short. Detailed medicines go on the Medication record template.</w:t>
      </w:r>
    </w:p>
    <w:p>
      <w:pPr>
        <w:spacing w:after="160"/>
      </w:pPr>
      <w:r>
        <w:rPr>
          <w:rFonts w:ascii="Arial" w:hAnsi="Arial" w:eastAsia="Arial"/>
          <w:b/>
          <w:color w:val="241C36"/>
          <w:sz w:val="28"/>
        </w:rPr>
        <w:t xml:space="preserve">Main health conditions: </w:t>
      </w:r>
      <w:r>
        <w:rPr>
          <w:rFonts w:ascii="Arial" w:hAnsi="Arial" w:eastAsia="Arial"/>
          <w:b w:val="0"/>
          <w:color w:val="3D3550"/>
          <w:sz w:val="28"/>
        </w:rPr>
        <w:t>________________________________</w:t>
      </w:r>
    </w:p>
    <w:p>
      <w:pPr>
        <w:spacing w:after="160"/>
      </w:pPr>
      <w:r>
        <w:rPr>
          <w:rFonts w:ascii="Arial" w:hAnsi="Arial" w:eastAsia="Arial"/>
          <w:b/>
          <w:color w:val="241C36"/>
          <w:sz w:val="28"/>
        </w:rPr>
        <w:t xml:space="preserve">Allergies: </w:t>
      </w:r>
      <w:r>
        <w:rPr>
          <w:rFonts w:ascii="Arial" w:hAnsi="Arial" w:eastAsia="Arial"/>
          <w:b w:val="0"/>
          <w:color w:val="3D3550"/>
          <w:sz w:val="28"/>
        </w:rPr>
        <w:t>_____________________________________________</w:t>
      </w:r>
    </w:p>
    <w:p>
      <w:pPr>
        <w:spacing w:after="160"/>
      </w:pPr>
      <w:r>
        <w:rPr>
          <w:rFonts w:ascii="Arial" w:hAnsi="Arial" w:eastAsia="Arial"/>
          <w:b/>
          <w:color w:val="241C36"/>
          <w:sz w:val="28"/>
        </w:rPr>
        <w:t xml:space="preserve">GP name and phone: </w:t>
      </w:r>
      <w:r>
        <w:rPr>
          <w:rFonts w:ascii="Arial" w:hAnsi="Arial" w:eastAsia="Arial"/>
          <w:b w:val="0"/>
          <w:color w:val="3D3550"/>
          <w:sz w:val="28"/>
        </w:rPr>
        <w:t>_____________________________________</w:t>
      </w:r>
    </w:p>
    <w:p>
      <w:pPr>
        <w:spacing w:after="160"/>
      </w:pPr>
      <w:r>
        <w:rPr>
          <w:rFonts w:ascii="Arial" w:hAnsi="Arial" w:eastAsia="Arial"/>
          <w:b/>
          <w:color w:val="241C36"/>
          <w:sz w:val="28"/>
        </w:rPr>
        <w:t xml:space="preserve">Pharmacy name and phone: </w:t>
      </w:r>
      <w:r>
        <w:rPr>
          <w:rFonts w:ascii="Arial" w:hAnsi="Arial" w:eastAsia="Arial"/>
          <w:b w:val="0"/>
          <w:color w:val="3D3550"/>
          <w:sz w:val="28"/>
        </w:rPr>
        <w:t>_______________________________</w:t>
      </w:r>
    </w:p>
    <w:p>
      <w:pPr>
        <w:spacing w:after="160" w:before="280" w:line="300" w:lineRule="auto"/>
      </w:pPr>
      <w:r>
        <w:rPr>
          <w:rFonts w:ascii="Arial" w:hAnsi="Arial" w:eastAsia="Arial"/>
          <w:b/>
          <w:color w:val="0D6B64"/>
          <w:sz w:val="36"/>
        </w:rPr>
        <w:t>7. Important contacts</w:t>
      </w:r>
    </w:p>
    <w:tbl>
      <w:tblPr>
        <w:tblStyle w:val="TableGrid"/>
        <w:tblW w:type="auto" w:w="0"/>
        <w:tblLook w:firstColumn="1" w:firstRow="1" w:lastColumn="0" w:lastRow="0" w:noHBand="0" w:noVBand="1" w:val="04A0"/>
      </w:tblPr>
      <w:tblGrid>
        <w:gridCol w:w="3289"/>
        <w:gridCol w:w="3289"/>
        <w:gridCol w:w="3289"/>
      </w:tblGrid>
      <w:tr>
        <w:tc>
          <w:tcPr>
            <w:tcW w:type="dxa" w:w="3289"/>
            <w:shd w:fill="D9EFE9" w:val="clear"/>
            <w:tcMar>
              <w:top w:w="40" w:type="dxa"/>
              <w:bottom w:w="40" w:type="dxa"/>
              <w:left w:w="60" w:type="dxa"/>
              <w:right w:w="60" w:type="dxa"/>
            </w:tcMar>
          </w:tcPr>
          <w:p>
            <w:r/>
            <w:r>
              <w:rPr>
                <w:rFonts w:ascii="Arial" w:hAnsi="Arial" w:eastAsia="Arial"/>
                <w:b/>
                <w:color w:val="241C36"/>
                <w:sz w:val="24"/>
              </w:rPr>
              <w:t>Name</w:t>
            </w:r>
          </w:p>
        </w:tc>
        <w:tc>
          <w:tcPr>
            <w:tcW w:type="dxa" w:w="3289"/>
            <w:shd w:fill="D9EFE9" w:val="clear"/>
            <w:tcMar>
              <w:top w:w="40" w:type="dxa"/>
              <w:bottom w:w="40" w:type="dxa"/>
              <w:left w:w="60" w:type="dxa"/>
              <w:right w:w="60" w:type="dxa"/>
            </w:tcMar>
          </w:tcPr>
          <w:p>
            <w:r/>
            <w:r>
              <w:rPr>
                <w:rFonts w:ascii="Arial" w:hAnsi="Arial" w:eastAsia="Arial"/>
                <w:b/>
                <w:color w:val="241C36"/>
                <w:sz w:val="24"/>
              </w:rPr>
              <w:t>Who they are</w:t>
            </w:r>
          </w:p>
        </w:tc>
        <w:tc>
          <w:tcPr>
            <w:tcW w:type="dxa" w:w="3289"/>
            <w:shd w:fill="D9EFE9" w:val="clear"/>
            <w:tcMar>
              <w:top w:w="40" w:type="dxa"/>
              <w:bottom w:w="40" w:type="dxa"/>
              <w:left w:w="60" w:type="dxa"/>
              <w:right w:w="60" w:type="dxa"/>
            </w:tcMar>
          </w:tcPr>
          <w:p>
            <w:r/>
            <w:r>
              <w:rPr>
                <w:rFonts w:ascii="Arial" w:hAnsi="Arial" w:eastAsia="Arial"/>
                <w:b/>
                <w:color w:val="241C36"/>
                <w:sz w:val="24"/>
              </w:rPr>
              <w:t>Phone</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bl>
    <w:p/>
    <w:p>
      <w:pPr>
        <w:spacing w:after="160" w:before="280" w:line="300" w:lineRule="auto"/>
      </w:pPr>
      <w:r>
        <w:rPr>
          <w:rFonts w:ascii="Arial" w:hAnsi="Arial" w:eastAsia="Arial"/>
          <w:b/>
          <w:color w:val="0D6B64"/>
          <w:sz w:val="36"/>
        </w:rPr>
        <w:t>8. Not a council plan</w:t>
      </w:r>
    </w:p>
    <w:p>
      <w:pPr>
        <w:spacing w:after="120" w:before="0" w:line="300" w:lineRule="auto"/>
      </w:pPr>
      <w:r>
        <w:rPr>
          <w:rFonts w:ascii="Arial" w:hAnsi="Arial" w:eastAsia="Arial"/>
          <w:b w:val="0"/>
          <w:color w:val="241C36"/>
          <w:sz w:val="26"/>
        </w:rPr>
        <w:t>If you have a care and support plan from your council, keep that too. This sheet does not replace it. You can still ask your council for a free needs assessment: https://www.nhs.uk/social-care-and-support/help-from-social-services-and-charities/getting-a-needs-assessment/</w:t>
      </w:r>
    </w:p>
    <w:p>
      <w:pPr>
        <w:spacing w:after="80" w:before="0" w:line="300" w:lineRule="auto"/>
      </w:pPr>
      <w:r>
        <w:rPr>
          <w:rFonts w:ascii="Arial" w:hAnsi="Arial" w:eastAsia="Arial"/>
          <w:b w:val="0"/>
          <w:color w:val="241C36"/>
          <w:sz w:val="20"/>
        </w:rPr>
      </w:r>
    </w:p>
    <w:p>
      <w:pPr>
        <w:spacing w:after="40" w:before="0" w:line="300" w:lineRule="auto"/>
      </w:pPr>
      <w:r>
        <w:rPr>
          <w:rFonts w:ascii="Arial" w:hAnsi="Arial" w:eastAsia="Arial"/>
          <w:b w:val="0"/>
          <w:color w:val="3D3550"/>
          <w:sz w:val="22"/>
        </w:rPr>
        <w:t>© Social Care Made Easy. Free for personal use. Please do not resell. You may print copies for yourself, family or the people who care for you.</w:t>
      </w:r>
    </w:p>
    <w:p>
      <w:pPr>
        <w:spacing w:after="120" w:before="0" w:line="300" w:lineRule="auto"/>
      </w:pPr>
      <w:r>
        <w:rPr>
          <w:rFonts w:ascii="Arial" w:hAnsi="Arial" w:eastAsia="Arial"/>
          <w:b w:val="0"/>
          <w:color w:val="3D3550"/>
          <w:sz w:val="22"/>
        </w:rPr>
        <w:t>Last checked: 31 October 2026 (Europe/London).</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